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68A" w:rsidRDefault="00CD168A" w:rsidP="00CD168A">
      <w:pPr>
        <w:pStyle w:val="Heading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="00607AD9" w:rsidRPr="00607AD9">
        <w:rPr>
          <w:rFonts w:ascii="Times New Roman" w:hAnsi="Times New Roman" w:cs="Times New Roman"/>
          <w:color w:val="000000" w:themeColor="text1"/>
          <w:sz w:val="24"/>
          <w:szCs w:val="24"/>
        </w:rPr>
        <w:t>AKTA INTEGRITAS</w:t>
      </w:r>
    </w:p>
    <w:p w:rsidR="00CD168A" w:rsidRPr="00CD168A" w:rsidRDefault="00CD168A" w:rsidP="00CD168A"/>
    <w:p w:rsidR="00B54C7C" w:rsidRPr="00607AD9" w:rsidRDefault="00607AD9" w:rsidP="00CD168A">
      <w:pPr>
        <w:pStyle w:val="NoSpacing"/>
      </w:pPr>
      <w:r w:rsidRPr="00607AD9">
        <w:t xml:space="preserve">Yang bertanda </w:t>
      </w:r>
      <w:proofErr w:type="spellStart"/>
      <w:r w:rsidRPr="00607AD9">
        <w:t>tangan</w:t>
      </w:r>
      <w:proofErr w:type="spellEnd"/>
      <w:r w:rsidRPr="00607AD9">
        <w:t xml:space="preserve"> di </w:t>
      </w:r>
      <w:proofErr w:type="spellStart"/>
      <w:r w:rsidRPr="00607AD9">
        <w:t>bawah</w:t>
      </w:r>
      <w:proofErr w:type="spellEnd"/>
      <w:r w:rsidRPr="00607AD9">
        <w:t xml:space="preserve"> </w:t>
      </w:r>
      <w:proofErr w:type="spellStart"/>
      <w:r w:rsidRPr="00607AD9">
        <w:t>ini</w:t>
      </w:r>
      <w:proofErr w:type="spellEnd"/>
      <w:r w:rsidRPr="00607AD9">
        <w:t>:</w:t>
      </w:r>
    </w:p>
    <w:p w:rsidR="00B54C7C" w:rsidRPr="00607AD9" w:rsidRDefault="00607AD9" w:rsidP="00CD168A">
      <w:pPr>
        <w:pStyle w:val="NoSpacing"/>
      </w:pPr>
      <w:r w:rsidRPr="00607AD9">
        <w:t xml:space="preserve">Nama               </w:t>
      </w:r>
      <w:r>
        <w:tab/>
      </w:r>
      <w:r>
        <w:tab/>
      </w:r>
      <w:r w:rsidRPr="00607AD9">
        <w:t>:</w:t>
      </w:r>
      <w:bookmarkStart w:id="0" w:name="_GoBack"/>
      <w:bookmarkEnd w:id="0"/>
    </w:p>
    <w:p w:rsidR="00B54C7C" w:rsidRPr="00607AD9" w:rsidRDefault="00CD168A" w:rsidP="00CD168A">
      <w:pPr>
        <w:pStyle w:val="NoSpacing"/>
      </w:pPr>
      <w:proofErr w:type="spellStart"/>
      <w:r>
        <w:t>Tempat</w:t>
      </w:r>
      <w:proofErr w:type="spellEnd"/>
      <w:r>
        <w:t>/</w:t>
      </w:r>
      <w:proofErr w:type="spellStart"/>
      <w:r>
        <w:t>Tgl</w:t>
      </w:r>
      <w:proofErr w:type="spellEnd"/>
      <w:r>
        <w:t xml:space="preserve"> </w:t>
      </w:r>
      <w:proofErr w:type="spellStart"/>
      <w:r>
        <w:t>Lahir</w:t>
      </w:r>
      <w:proofErr w:type="spellEnd"/>
      <w:r>
        <w:tab/>
      </w:r>
      <w:r w:rsidR="00607AD9" w:rsidRPr="00607AD9">
        <w:t>:</w:t>
      </w:r>
    </w:p>
    <w:p w:rsidR="00B54C7C" w:rsidRPr="00607AD9" w:rsidRDefault="00607AD9" w:rsidP="00CD168A">
      <w:pPr>
        <w:pStyle w:val="NoSpacing"/>
      </w:pPr>
      <w:r w:rsidRPr="00607AD9">
        <w:t xml:space="preserve">Pekerjaan          </w:t>
      </w:r>
      <w:r>
        <w:tab/>
      </w:r>
      <w:r>
        <w:tab/>
      </w:r>
      <w:r w:rsidRPr="00607AD9">
        <w:t>:</w:t>
      </w:r>
    </w:p>
    <w:p w:rsidR="00B54C7C" w:rsidRPr="00607AD9" w:rsidRDefault="00607AD9" w:rsidP="00CD168A">
      <w:pPr>
        <w:pStyle w:val="NoSpacing"/>
      </w:pPr>
      <w:r w:rsidRPr="00607AD9">
        <w:t xml:space="preserve">Alamat             </w:t>
      </w:r>
      <w:r>
        <w:tab/>
      </w:r>
      <w:r>
        <w:tab/>
      </w:r>
      <w:r w:rsidRPr="00607AD9">
        <w:t>:</w:t>
      </w:r>
    </w:p>
    <w:p w:rsidR="00607AD9" w:rsidRDefault="00607AD9" w:rsidP="00CD168A">
      <w:pPr>
        <w:pStyle w:val="NoSpacing"/>
      </w:pPr>
      <w:r w:rsidRPr="00607AD9">
        <w:t xml:space="preserve">Nomor KTP          </w:t>
      </w:r>
      <w:r>
        <w:tab/>
      </w:r>
      <w:r w:rsidRPr="00607AD9">
        <w:t>:</w:t>
      </w:r>
    </w:p>
    <w:p w:rsidR="00CD168A" w:rsidRPr="00607AD9" w:rsidRDefault="00CD168A" w:rsidP="00CD168A">
      <w:pPr>
        <w:pStyle w:val="NoSpacing"/>
      </w:pPr>
    </w:p>
    <w:p w:rsidR="00B54C7C" w:rsidRDefault="00607AD9" w:rsidP="00CD168A">
      <w:pPr>
        <w:pStyle w:val="NoSpacing"/>
      </w:pPr>
      <w:r w:rsidRPr="00607AD9">
        <w:t xml:space="preserve">Dalam hal ini bertindak untuk dan atas </w:t>
      </w:r>
      <w:proofErr w:type="spellStart"/>
      <w:proofErr w:type="gramStart"/>
      <w:r w:rsidRPr="00607AD9">
        <w:t>nama</w:t>
      </w:r>
      <w:proofErr w:type="spellEnd"/>
      <w:proofErr w:type="gramEnd"/>
      <w:r w:rsidRPr="00607AD9">
        <w:t xml:space="preserve"> </w:t>
      </w:r>
      <w:proofErr w:type="spellStart"/>
      <w:r w:rsidRPr="00607AD9">
        <w:t>diri</w:t>
      </w:r>
      <w:proofErr w:type="spellEnd"/>
      <w:r w:rsidRPr="00607AD9">
        <w:t xml:space="preserve"> </w:t>
      </w:r>
      <w:proofErr w:type="spellStart"/>
      <w:r w:rsidRPr="00607AD9">
        <w:t>sendiri</w:t>
      </w:r>
      <w:proofErr w:type="spellEnd"/>
      <w:r w:rsidRPr="00607AD9">
        <w:t xml:space="preserve">, </w:t>
      </w:r>
      <w:proofErr w:type="spellStart"/>
      <w:r w:rsidRPr="00607AD9">
        <w:t>selanjutnya</w:t>
      </w:r>
      <w:proofErr w:type="spellEnd"/>
      <w:r w:rsidRPr="00607AD9">
        <w:t xml:space="preserve"> </w:t>
      </w:r>
      <w:proofErr w:type="spellStart"/>
      <w:r w:rsidRPr="00607AD9">
        <w:t>disebut</w:t>
      </w:r>
      <w:proofErr w:type="spellEnd"/>
      <w:r w:rsidRPr="00607AD9">
        <w:t xml:space="preserve"> PIHAK PERTAMA.</w:t>
      </w:r>
    </w:p>
    <w:p w:rsidR="00CD168A" w:rsidRPr="00607AD9" w:rsidRDefault="00CD168A" w:rsidP="00CD168A">
      <w:pPr>
        <w:pStyle w:val="NoSpacing"/>
      </w:pPr>
    </w:p>
    <w:p w:rsidR="00B54C7C" w:rsidRDefault="00607AD9" w:rsidP="00CD168A">
      <w:pPr>
        <w:pStyle w:val="NoSpacing"/>
      </w:pPr>
      <w:r w:rsidRPr="00607AD9">
        <w:t xml:space="preserve">Dengan ini </w:t>
      </w:r>
      <w:proofErr w:type="spellStart"/>
      <w:r w:rsidRPr="00607AD9">
        <w:t>menyatakan</w:t>
      </w:r>
      <w:proofErr w:type="spellEnd"/>
      <w:r w:rsidRPr="00607AD9">
        <w:t xml:space="preserve"> </w:t>
      </w:r>
      <w:proofErr w:type="spellStart"/>
      <w:r w:rsidRPr="00607AD9">
        <w:t>dengan</w:t>
      </w:r>
      <w:proofErr w:type="spellEnd"/>
      <w:r w:rsidRPr="00607AD9">
        <w:t xml:space="preserve"> </w:t>
      </w:r>
      <w:proofErr w:type="spellStart"/>
      <w:r w:rsidRPr="00607AD9">
        <w:t>sebenar-benarnya</w:t>
      </w:r>
      <w:proofErr w:type="spellEnd"/>
      <w:r w:rsidRPr="00607AD9">
        <w:t xml:space="preserve"> </w:t>
      </w:r>
      <w:proofErr w:type="spellStart"/>
      <w:r w:rsidRPr="00607AD9">
        <w:t>dan</w:t>
      </w:r>
      <w:proofErr w:type="spellEnd"/>
      <w:r w:rsidRPr="00607AD9">
        <w:t xml:space="preserve"> </w:t>
      </w:r>
      <w:proofErr w:type="spellStart"/>
      <w:r w:rsidRPr="00607AD9">
        <w:t>penuh</w:t>
      </w:r>
      <w:proofErr w:type="spellEnd"/>
      <w:r w:rsidRPr="00607AD9">
        <w:t xml:space="preserve"> </w:t>
      </w:r>
      <w:proofErr w:type="spellStart"/>
      <w:r w:rsidRPr="00607AD9">
        <w:t>kesadaran</w:t>
      </w:r>
      <w:proofErr w:type="spellEnd"/>
      <w:r w:rsidRPr="00607AD9">
        <w:t xml:space="preserve"> </w:t>
      </w:r>
      <w:proofErr w:type="spellStart"/>
      <w:r w:rsidRPr="00607AD9">
        <w:t>bahwa</w:t>
      </w:r>
      <w:proofErr w:type="spellEnd"/>
      <w:r w:rsidRPr="00607AD9">
        <w:t>:</w:t>
      </w:r>
    </w:p>
    <w:p w:rsidR="00CD168A" w:rsidRPr="00607AD9" w:rsidRDefault="00CD168A" w:rsidP="00CD168A">
      <w:pPr>
        <w:pStyle w:val="NoSpacing"/>
      </w:pPr>
    </w:p>
    <w:p w:rsidR="00B54C7C" w:rsidRDefault="00607AD9" w:rsidP="00CD168A">
      <w:pPr>
        <w:pStyle w:val="NoSpacing"/>
      </w:pPr>
      <w:r w:rsidRPr="00607AD9">
        <w:t xml:space="preserve">1. PIHAK PERTAMA menyadari sepenuhnya bahwa segala hal yang berkaitan dengan tanah dan/atau sertifikat tanah, baik mengenai status hukum, batas-batas tanah, riwayat kepemilikan, sengketa, maupun permasalahan lain yang mungkin timbul di kemudian </w:t>
      </w:r>
      <w:proofErr w:type="spellStart"/>
      <w:r w:rsidRPr="00607AD9">
        <w:t>hari</w:t>
      </w:r>
      <w:proofErr w:type="spellEnd"/>
      <w:r w:rsidRPr="00607AD9">
        <w:t xml:space="preserve">, </w:t>
      </w:r>
      <w:proofErr w:type="spellStart"/>
      <w:r w:rsidRPr="00607AD9">
        <w:t>merupakan</w:t>
      </w:r>
      <w:proofErr w:type="spellEnd"/>
      <w:r w:rsidRPr="00607AD9">
        <w:t xml:space="preserve"> </w:t>
      </w:r>
      <w:proofErr w:type="spellStart"/>
      <w:r w:rsidRPr="00607AD9">
        <w:t>tanggung</w:t>
      </w:r>
      <w:proofErr w:type="spellEnd"/>
      <w:r w:rsidRPr="00607AD9">
        <w:t xml:space="preserve"> </w:t>
      </w:r>
      <w:proofErr w:type="spellStart"/>
      <w:r w:rsidRPr="00607AD9">
        <w:t>jawab</w:t>
      </w:r>
      <w:proofErr w:type="spellEnd"/>
      <w:r w:rsidRPr="00607AD9">
        <w:t xml:space="preserve"> </w:t>
      </w:r>
      <w:proofErr w:type="spellStart"/>
      <w:r w:rsidRPr="00607AD9">
        <w:t>pribadi</w:t>
      </w:r>
      <w:proofErr w:type="spellEnd"/>
      <w:r w:rsidRPr="00607AD9">
        <w:t xml:space="preserve"> PIHAK PERTAMA.</w:t>
      </w:r>
    </w:p>
    <w:p w:rsidR="00CD168A" w:rsidRPr="00607AD9" w:rsidRDefault="00CD168A" w:rsidP="00CD168A">
      <w:pPr>
        <w:pStyle w:val="NoSpacing"/>
      </w:pPr>
    </w:p>
    <w:p w:rsidR="00B54C7C" w:rsidRPr="00607AD9" w:rsidRDefault="00607AD9" w:rsidP="00CD168A">
      <w:pPr>
        <w:pStyle w:val="NoSpacing"/>
      </w:pPr>
      <w:r w:rsidRPr="00607AD9">
        <w:t xml:space="preserve">2. PIHAK PERTAMA dengan ini tidak </w:t>
      </w:r>
      <w:proofErr w:type="gramStart"/>
      <w:r w:rsidRPr="00607AD9">
        <w:t>akan</w:t>
      </w:r>
      <w:proofErr w:type="gramEnd"/>
      <w:r w:rsidRPr="00607AD9">
        <w:t xml:space="preserve"> menuntut secara hukum maupun non-hukum, baik pidana, perdata, maupun tata usaha negara, kepada:</w:t>
      </w:r>
    </w:p>
    <w:p w:rsidR="00B54C7C" w:rsidRPr="00607AD9" w:rsidRDefault="00607AD9" w:rsidP="00CD168A">
      <w:pPr>
        <w:pStyle w:val="NoSpacing"/>
      </w:pPr>
      <w:r w:rsidRPr="00607AD9">
        <w:t xml:space="preserve">   </w:t>
      </w:r>
      <w:r w:rsidR="00CD168A">
        <w:t xml:space="preserve">- </w:t>
      </w:r>
      <w:proofErr w:type="spellStart"/>
      <w:r w:rsidR="00CD168A">
        <w:t>Lurah</w:t>
      </w:r>
      <w:proofErr w:type="spellEnd"/>
    </w:p>
    <w:p w:rsidR="00B54C7C" w:rsidRPr="00607AD9" w:rsidRDefault="00607AD9" w:rsidP="00CD168A">
      <w:pPr>
        <w:pStyle w:val="NoSpacing"/>
      </w:pPr>
      <w:r w:rsidRPr="00607AD9">
        <w:t xml:space="preserve">   </w:t>
      </w:r>
      <w:r w:rsidR="00CD168A">
        <w:t xml:space="preserve">- </w:t>
      </w:r>
      <w:proofErr w:type="spellStart"/>
      <w:r w:rsidR="00CD168A">
        <w:t>Pemerintah</w:t>
      </w:r>
      <w:proofErr w:type="spellEnd"/>
      <w:r w:rsidR="00CD168A">
        <w:t xml:space="preserve"> </w:t>
      </w:r>
      <w:proofErr w:type="spellStart"/>
      <w:r w:rsidR="00CD168A">
        <w:t>Kelurahan</w:t>
      </w:r>
      <w:proofErr w:type="spellEnd"/>
    </w:p>
    <w:p w:rsidR="00B54C7C" w:rsidRPr="00607AD9" w:rsidRDefault="00607AD9" w:rsidP="00CD168A">
      <w:pPr>
        <w:pStyle w:val="NoSpacing"/>
      </w:pPr>
      <w:r w:rsidRPr="00607AD9">
        <w:t xml:space="preserve">   - Perangkat Kelurahan</w:t>
      </w:r>
    </w:p>
    <w:p w:rsidR="00B54C7C" w:rsidRDefault="00607AD9" w:rsidP="00CD168A">
      <w:pPr>
        <w:pStyle w:val="NoSpacing"/>
      </w:pPr>
      <w:proofErr w:type="gramStart"/>
      <w:r w:rsidRPr="00607AD9">
        <w:t>atas</w:t>
      </w:r>
      <w:proofErr w:type="gramEnd"/>
      <w:r w:rsidRPr="00607AD9">
        <w:t xml:space="preserve"> segala risiko, kerugian, permasalahan, atau sengketa yang timbul di kemudian hari </w:t>
      </w:r>
      <w:proofErr w:type="spellStart"/>
      <w:r w:rsidRPr="00607AD9">
        <w:t>sehubungan</w:t>
      </w:r>
      <w:proofErr w:type="spellEnd"/>
      <w:r w:rsidRPr="00607AD9">
        <w:t xml:space="preserve"> </w:t>
      </w:r>
      <w:proofErr w:type="spellStart"/>
      <w:r w:rsidRPr="00607AD9">
        <w:t>dengan</w:t>
      </w:r>
      <w:proofErr w:type="spellEnd"/>
      <w:r w:rsidRPr="00607AD9">
        <w:t xml:space="preserve"> </w:t>
      </w:r>
      <w:proofErr w:type="spellStart"/>
      <w:r w:rsidRPr="00607AD9">
        <w:t>tanah</w:t>
      </w:r>
      <w:proofErr w:type="spellEnd"/>
      <w:r w:rsidRPr="00607AD9">
        <w:t xml:space="preserve"> </w:t>
      </w:r>
      <w:proofErr w:type="spellStart"/>
      <w:r w:rsidRPr="00607AD9">
        <w:t>dan</w:t>
      </w:r>
      <w:proofErr w:type="spellEnd"/>
      <w:r w:rsidRPr="00607AD9">
        <w:t>/</w:t>
      </w:r>
      <w:proofErr w:type="spellStart"/>
      <w:r w:rsidRPr="00607AD9">
        <w:t>atau</w:t>
      </w:r>
      <w:proofErr w:type="spellEnd"/>
      <w:r w:rsidRPr="00607AD9">
        <w:t xml:space="preserve"> </w:t>
      </w:r>
      <w:proofErr w:type="spellStart"/>
      <w:r w:rsidRPr="00607AD9">
        <w:t>sertifikat</w:t>
      </w:r>
      <w:proofErr w:type="spellEnd"/>
      <w:r w:rsidRPr="00607AD9">
        <w:t xml:space="preserve"> </w:t>
      </w:r>
      <w:proofErr w:type="spellStart"/>
      <w:r w:rsidRPr="00607AD9">
        <w:t>tanah</w:t>
      </w:r>
      <w:proofErr w:type="spellEnd"/>
      <w:r w:rsidRPr="00607AD9">
        <w:t xml:space="preserve"> </w:t>
      </w:r>
      <w:proofErr w:type="spellStart"/>
      <w:r w:rsidRPr="00607AD9">
        <w:t>tersebut</w:t>
      </w:r>
      <w:proofErr w:type="spellEnd"/>
      <w:r w:rsidRPr="00607AD9">
        <w:t>.</w:t>
      </w:r>
    </w:p>
    <w:p w:rsidR="00CD168A" w:rsidRPr="00607AD9" w:rsidRDefault="00CD168A" w:rsidP="00CD168A">
      <w:pPr>
        <w:pStyle w:val="NoSpacing"/>
      </w:pPr>
    </w:p>
    <w:p w:rsidR="00B54C7C" w:rsidRDefault="00607AD9" w:rsidP="00CD168A">
      <w:pPr>
        <w:pStyle w:val="NoSpacing"/>
      </w:pPr>
      <w:proofErr w:type="gramStart"/>
      <w:r w:rsidRPr="00607AD9">
        <w:t xml:space="preserve">3. PIHAK PERTAMA memahami bahwa pihak kelurahan dan lurah hanya bersifat membantu secara administratif sesuai kewenangan yang berlaku dan tidak bertanggung </w:t>
      </w:r>
      <w:proofErr w:type="spellStart"/>
      <w:r w:rsidRPr="00607AD9">
        <w:t>jawab</w:t>
      </w:r>
      <w:proofErr w:type="spellEnd"/>
      <w:r w:rsidRPr="00607AD9">
        <w:t xml:space="preserve"> </w:t>
      </w:r>
      <w:proofErr w:type="spellStart"/>
      <w:r w:rsidRPr="00607AD9">
        <w:t>atas</w:t>
      </w:r>
      <w:proofErr w:type="spellEnd"/>
      <w:r w:rsidRPr="00607AD9">
        <w:t xml:space="preserve"> </w:t>
      </w:r>
      <w:proofErr w:type="spellStart"/>
      <w:r w:rsidRPr="00607AD9">
        <w:t>keabsahan</w:t>
      </w:r>
      <w:proofErr w:type="spellEnd"/>
      <w:r w:rsidRPr="00607AD9">
        <w:t xml:space="preserve"> </w:t>
      </w:r>
      <w:proofErr w:type="spellStart"/>
      <w:r w:rsidRPr="00607AD9">
        <w:t>hukum</w:t>
      </w:r>
      <w:proofErr w:type="spellEnd"/>
      <w:r w:rsidRPr="00607AD9">
        <w:t xml:space="preserve"> </w:t>
      </w:r>
      <w:proofErr w:type="spellStart"/>
      <w:r w:rsidRPr="00607AD9">
        <w:t>tanah</w:t>
      </w:r>
      <w:proofErr w:type="spellEnd"/>
      <w:r w:rsidRPr="00607AD9">
        <w:t xml:space="preserve"> </w:t>
      </w:r>
      <w:proofErr w:type="spellStart"/>
      <w:r w:rsidRPr="00607AD9">
        <w:t>dan</w:t>
      </w:r>
      <w:proofErr w:type="spellEnd"/>
      <w:r w:rsidRPr="00607AD9">
        <w:t xml:space="preserve"> </w:t>
      </w:r>
      <w:proofErr w:type="spellStart"/>
      <w:r w:rsidRPr="00607AD9">
        <w:t>sertifikat</w:t>
      </w:r>
      <w:proofErr w:type="spellEnd"/>
      <w:r w:rsidRPr="00607AD9">
        <w:t>.</w:t>
      </w:r>
      <w:proofErr w:type="gramEnd"/>
    </w:p>
    <w:p w:rsidR="00CD168A" w:rsidRPr="00607AD9" w:rsidRDefault="00CD168A" w:rsidP="00CD168A">
      <w:pPr>
        <w:pStyle w:val="NoSpacing"/>
      </w:pPr>
    </w:p>
    <w:p w:rsidR="00B54C7C" w:rsidRPr="00607AD9" w:rsidRDefault="00607AD9" w:rsidP="00CD168A">
      <w:pPr>
        <w:pStyle w:val="NoSpacing"/>
      </w:pPr>
      <w:r w:rsidRPr="00607AD9">
        <w:t>4. Apabila di kemudian hari terdapat gugatan, klaim, atau permasalahan hukum dari pihak manapun terkait tanah dan/atau sertifikat tanah tersebut, maka PIHAK PERTAMA bersedia menyelesaikannya secara mandiri tanpa melibatkan atau merugikan pihak kelurahan dan lurah.</w:t>
      </w:r>
    </w:p>
    <w:p w:rsidR="00B54C7C" w:rsidRPr="00607AD9" w:rsidRDefault="00B54C7C" w:rsidP="00CD168A">
      <w:pPr>
        <w:pStyle w:val="NoSpacing"/>
      </w:pPr>
    </w:p>
    <w:p w:rsidR="00B54C7C" w:rsidRPr="00607AD9" w:rsidRDefault="00607AD9" w:rsidP="00CD168A">
      <w:pPr>
        <w:pStyle w:val="NoSpacing"/>
      </w:pPr>
      <w:proofErr w:type="gramStart"/>
      <w:r w:rsidRPr="00607AD9">
        <w:t xml:space="preserve">5. Pakta Integritas ini dibuat dengan penuh kesadaran, tanpa paksaan dari </w:t>
      </w:r>
      <w:proofErr w:type="spellStart"/>
      <w:r w:rsidRPr="00607AD9">
        <w:t>pihak</w:t>
      </w:r>
      <w:proofErr w:type="spellEnd"/>
      <w:r w:rsidRPr="00607AD9">
        <w:t xml:space="preserve"> </w:t>
      </w:r>
      <w:proofErr w:type="spellStart"/>
      <w:r w:rsidRPr="00607AD9">
        <w:t>manapun</w:t>
      </w:r>
      <w:proofErr w:type="spellEnd"/>
      <w:r w:rsidRPr="00607AD9">
        <w:t xml:space="preserve">, </w:t>
      </w:r>
      <w:proofErr w:type="spellStart"/>
      <w:r w:rsidRPr="00607AD9">
        <w:t>serta</w:t>
      </w:r>
      <w:proofErr w:type="spellEnd"/>
      <w:r w:rsidRPr="00607AD9">
        <w:t xml:space="preserve"> </w:t>
      </w:r>
      <w:proofErr w:type="spellStart"/>
      <w:r w:rsidRPr="00607AD9">
        <w:t>dapat</w:t>
      </w:r>
      <w:proofErr w:type="spellEnd"/>
      <w:r w:rsidRPr="00607AD9">
        <w:t xml:space="preserve"> </w:t>
      </w:r>
      <w:proofErr w:type="spellStart"/>
      <w:r w:rsidRPr="00607AD9">
        <w:t>dipertanggungjawabkan</w:t>
      </w:r>
      <w:proofErr w:type="spellEnd"/>
      <w:r w:rsidRPr="00607AD9">
        <w:t xml:space="preserve"> </w:t>
      </w:r>
      <w:proofErr w:type="spellStart"/>
      <w:r w:rsidRPr="00607AD9">
        <w:t>secara</w:t>
      </w:r>
      <w:proofErr w:type="spellEnd"/>
      <w:r w:rsidRPr="00607AD9">
        <w:t xml:space="preserve"> </w:t>
      </w:r>
      <w:proofErr w:type="spellStart"/>
      <w:r w:rsidRPr="00607AD9">
        <w:t>hukum</w:t>
      </w:r>
      <w:proofErr w:type="spellEnd"/>
      <w:r w:rsidRPr="00607AD9">
        <w:t>.</w:t>
      </w:r>
      <w:proofErr w:type="gramEnd"/>
    </w:p>
    <w:p w:rsidR="00B54C7C" w:rsidRPr="00607AD9" w:rsidRDefault="00607AD9">
      <w:pPr>
        <w:rPr>
          <w:rFonts w:ascii="Times New Roman" w:hAnsi="Times New Roman" w:cs="Times New Roman"/>
        </w:rPr>
      </w:pPr>
      <w:proofErr w:type="gramStart"/>
      <w:r w:rsidRPr="00607AD9">
        <w:rPr>
          <w:rFonts w:ascii="Times New Roman" w:hAnsi="Times New Roman" w:cs="Times New Roman"/>
        </w:rPr>
        <w:t xml:space="preserve">Demikian Pakta Integritas ini dibuat </w:t>
      </w:r>
      <w:proofErr w:type="spellStart"/>
      <w:r w:rsidRPr="00607AD9">
        <w:rPr>
          <w:rFonts w:ascii="Times New Roman" w:hAnsi="Times New Roman" w:cs="Times New Roman"/>
        </w:rPr>
        <w:t>untuk</w:t>
      </w:r>
      <w:proofErr w:type="spellEnd"/>
      <w:r w:rsidRPr="00607AD9">
        <w:rPr>
          <w:rFonts w:ascii="Times New Roman" w:hAnsi="Times New Roman" w:cs="Times New Roman"/>
        </w:rPr>
        <w:t xml:space="preserve"> </w:t>
      </w:r>
      <w:proofErr w:type="spellStart"/>
      <w:r w:rsidRPr="00607AD9">
        <w:rPr>
          <w:rFonts w:ascii="Times New Roman" w:hAnsi="Times New Roman" w:cs="Times New Roman"/>
        </w:rPr>
        <w:t>dipergunakan</w:t>
      </w:r>
      <w:proofErr w:type="spellEnd"/>
      <w:r w:rsidRPr="00607AD9">
        <w:rPr>
          <w:rFonts w:ascii="Times New Roman" w:hAnsi="Times New Roman" w:cs="Times New Roman"/>
        </w:rPr>
        <w:t xml:space="preserve"> </w:t>
      </w:r>
      <w:proofErr w:type="spellStart"/>
      <w:r w:rsidRPr="00607AD9">
        <w:rPr>
          <w:rFonts w:ascii="Times New Roman" w:hAnsi="Times New Roman" w:cs="Times New Roman"/>
        </w:rPr>
        <w:t>sebagaimana</w:t>
      </w:r>
      <w:proofErr w:type="spellEnd"/>
      <w:r w:rsidRPr="00607AD9">
        <w:rPr>
          <w:rFonts w:ascii="Times New Roman" w:hAnsi="Times New Roman" w:cs="Times New Roman"/>
        </w:rPr>
        <w:t xml:space="preserve"> </w:t>
      </w:r>
      <w:proofErr w:type="spellStart"/>
      <w:r w:rsidRPr="00607AD9">
        <w:rPr>
          <w:rFonts w:ascii="Times New Roman" w:hAnsi="Times New Roman" w:cs="Times New Roman"/>
        </w:rPr>
        <w:t>mestinya</w:t>
      </w:r>
      <w:proofErr w:type="spellEnd"/>
      <w:r w:rsidRPr="00607AD9">
        <w:rPr>
          <w:rFonts w:ascii="Times New Roman" w:hAnsi="Times New Roman" w:cs="Times New Roman"/>
        </w:rPr>
        <w:t>.</w:t>
      </w:r>
      <w:proofErr w:type="gramEnd"/>
    </w:p>
    <w:p w:rsidR="00607AD9" w:rsidRPr="00793CA7" w:rsidRDefault="00607AD9" w:rsidP="00607AD9">
      <w:pPr>
        <w:ind w:left="4320" w:firstLine="720"/>
      </w:pPr>
      <w:proofErr w:type="spellStart"/>
      <w:proofErr w:type="gramStart"/>
      <w:r>
        <w:t>Kandangan</w:t>
      </w:r>
      <w:proofErr w:type="spellEnd"/>
      <w:r>
        <w:t>, ..............................2026</w:t>
      </w:r>
      <w:proofErr w:type="gramEnd"/>
      <w:r>
        <w:t xml:space="preserve"> </w:t>
      </w:r>
    </w:p>
    <w:p w:rsidR="00607AD9" w:rsidRPr="00793CA7" w:rsidRDefault="00607AD9" w:rsidP="00607AD9">
      <w:pPr>
        <w:ind w:left="4320" w:firstLine="720"/>
        <w:rPr>
          <w:rFonts w:ascii="Times New Roman" w:hAnsi="Times New Roman" w:cs="Times New Roman"/>
        </w:rPr>
      </w:pPr>
      <w:r w:rsidRPr="00793CA7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CC6D9D" wp14:editId="6F95FE11">
                <wp:simplePos x="0" y="0"/>
                <wp:positionH relativeFrom="column">
                  <wp:posOffset>3181350</wp:posOffset>
                </wp:positionH>
                <wp:positionV relativeFrom="paragraph">
                  <wp:posOffset>258445</wp:posOffset>
                </wp:positionV>
                <wp:extent cx="895350" cy="571500"/>
                <wp:effectExtent l="0" t="0" r="19050" b="1905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7AD9" w:rsidRDefault="00607AD9" w:rsidP="00607AD9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Materai</w:t>
                            </w:r>
                            <w:proofErr w:type="spellEnd"/>
                          </w:p>
                          <w:p w:rsidR="00607AD9" w:rsidRPr="00B92890" w:rsidRDefault="00607AD9" w:rsidP="00607AD9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Pr="00B92890"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00</w:t>
                            </w:r>
                            <w:r w:rsidRPr="00B92890">
                              <w:rPr>
                                <w:sz w:val="16"/>
                                <w:szCs w:val="16"/>
                              </w:rPr>
                              <w:t>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0.5pt;margin-top:20.35pt;width:70.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">
                <v:textbox>
                  <w:txbxContent>
                    <w:p w:rsidR="00607AD9" w:rsidRDefault="00607AD9" w:rsidP="00607AD9">
                      <w:pPr>
                        <w:spacing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</w:rPr>
                        <w:t>Materai</w:t>
                      </w:r>
                      <w:proofErr w:type="spellEnd"/>
                    </w:p>
                    <w:p w:rsidR="00607AD9" w:rsidRPr="00B92890" w:rsidRDefault="00607AD9" w:rsidP="00607AD9">
                      <w:pPr>
                        <w:spacing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</w:t>
                      </w:r>
                      <w:r w:rsidRPr="00B92890">
                        <w:rPr>
                          <w:sz w:val="16"/>
                          <w:szCs w:val="16"/>
                        </w:rPr>
                        <w:t>0</w:t>
                      </w:r>
                      <w:r>
                        <w:rPr>
                          <w:sz w:val="16"/>
                          <w:szCs w:val="16"/>
                        </w:rPr>
                        <w:t>00</w:t>
                      </w:r>
                      <w:r w:rsidRPr="00B92890">
                        <w:rPr>
                          <w:sz w:val="16"/>
                          <w:szCs w:val="16"/>
                        </w:rPr>
                        <w:t>00</w:t>
                      </w:r>
                    </w:p>
                  </w:txbxContent>
                </v:textbox>
              </v:shape>
            </w:pict>
          </mc:Fallback>
        </mc:AlternateContent>
      </w:r>
      <w:r w:rsidRPr="00793CA7">
        <w:rPr>
          <w:rFonts w:ascii="Times New Roman" w:hAnsi="Times New Roman" w:cs="Times New Roman"/>
        </w:rPr>
        <w:t xml:space="preserve">Yang </w:t>
      </w:r>
      <w:proofErr w:type="spellStart"/>
      <w:r w:rsidRPr="00793CA7">
        <w:rPr>
          <w:rFonts w:ascii="Times New Roman" w:hAnsi="Times New Roman" w:cs="Times New Roman"/>
        </w:rPr>
        <w:t>Membuat</w:t>
      </w:r>
      <w:proofErr w:type="spellEnd"/>
      <w:r w:rsidRPr="00793CA7">
        <w:rPr>
          <w:rFonts w:ascii="Times New Roman" w:hAnsi="Times New Roman" w:cs="Times New Roman"/>
        </w:rPr>
        <w:t xml:space="preserve"> </w:t>
      </w:r>
      <w:proofErr w:type="spellStart"/>
      <w:r w:rsidRPr="00793CA7">
        <w:rPr>
          <w:rFonts w:ascii="Times New Roman" w:hAnsi="Times New Roman" w:cs="Times New Roman"/>
        </w:rPr>
        <w:t>Pernyataan</w:t>
      </w:r>
      <w:proofErr w:type="spellEnd"/>
      <w:r w:rsidRPr="00793CA7">
        <w:rPr>
          <w:rFonts w:ascii="Times New Roman" w:hAnsi="Times New Roman" w:cs="Times New Roman"/>
        </w:rPr>
        <w:t>,</w:t>
      </w:r>
    </w:p>
    <w:p w:rsidR="00607AD9" w:rsidRDefault="00607AD9" w:rsidP="00607AD9">
      <w:pPr>
        <w:rPr>
          <w:rFonts w:ascii="Times New Roman" w:hAnsi="Times New Roman" w:cs="Times New Roman"/>
        </w:rPr>
      </w:pPr>
    </w:p>
    <w:p w:rsidR="00607AD9" w:rsidRDefault="00607AD9" w:rsidP="00607AD9">
      <w:pPr>
        <w:rPr>
          <w:rFonts w:ascii="Times New Roman" w:hAnsi="Times New Roman" w:cs="Times New Roman"/>
        </w:rPr>
      </w:pPr>
    </w:p>
    <w:p w:rsidR="00607AD9" w:rsidRPr="00793CA7" w:rsidRDefault="00607AD9" w:rsidP="00607A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Pr="00793CA7">
        <w:rPr>
          <w:rFonts w:ascii="Times New Roman" w:hAnsi="Times New Roman" w:cs="Times New Roman"/>
        </w:rPr>
        <w:t>(…………………………………)</w:t>
      </w:r>
    </w:p>
    <w:p w:rsidR="00607AD9" w:rsidRPr="00793CA7" w:rsidRDefault="00607AD9" w:rsidP="00607AD9">
      <w:pPr>
        <w:ind w:left="5040"/>
        <w:rPr>
          <w:rFonts w:ascii="Times New Roman" w:hAnsi="Times New Roman" w:cs="Times New Roman"/>
        </w:rPr>
      </w:pPr>
      <w:r w:rsidRPr="00793CA7">
        <w:rPr>
          <w:rFonts w:ascii="Times New Roman" w:hAnsi="Times New Roman" w:cs="Times New Roman"/>
        </w:rPr>
        <w:t xml:space="preserve">   </w:t>
      </w:r>
    </w:p>
    <w:p w:rsidR="00B54C7C" w:rsidRPr="00607AD9" w:rsidRDefault="00B54C7C">
      <w:pPr>
        <w:rPr>
          <w:rFonts w:ascii="Times New Roman" w:hAnsi="Times New Roman" w:cs="Times New Roman"/>
        </w:rPr>
      </w:pPr>
    </w:p>
    <w:p w:rsidR="00607AD9" w:rsidRPr="00607AD9" w:rsidRDefault="00607AD9">
      <w:pPr>
        <w:rPr>
          <w:rFonts w:ascii="Times New Roman" w:hAnsi="Times New Roman" w:cs="Times New Roman"/>
        </w:rPr>
      </w:pPr>
    </w:p>
    <w:sectPr w:rsidR="00607AD9" w:rsidRPr="00607AD9" w:rsidSect="00CD168A">
      <w:pgSz w:w="12240" w:h="20160" w:code="5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43A80"/>
    <w:rsid w:val="0015074B"/>
    <w:rsid w:val="0029639D"/>
    <w:rsid w:val="00326F90"/>
    <w:rsid w:val="00607AD9"/>
    <w:rsid w:val="00AA1D8D"/>
    <w:rsid w:val="00B47730"/>
    <w:rsid w:val="00B54C7C"/>
    <w:rsid w:val="00CB0664"/>
    <w:rsid w:val="00CD16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1A73B1-8B22-40EB-B284-3E2EE0E2B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1848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KandanganUtara</cp:lastModifiedBy>
  <cp:revision>3</cp:revision>
  <cp:lastPrinted>2026-01-20T01:05:00Z</cp:lastPrinted>
  <dcterms:created xsi:type="dcterms:W3CDTF">2013-12-23T23:15:00Z</dcterms:created>
  <dcterms:modified xsi:type="dcterms:W3CDTF">2026-01-20T01:15:00Z</dcterms:modified>
  <cp:category/>
</cp:coreProperties>
</file>